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6350"/>
      </w:tblGrid>
      <w:tr>
        <w:tc>
          <w:tcPr>
            <w:tcW w:type="dxa" w:w="4677"/>
            <w:shd w:fill="0D6761"/>
            <w:tcBorders>
              <w:top w:val="single" w:sz="5" w:color="B9D6CC"/>
              <w:left w:val="single" w:sz="5" w:color="B9D6CC"/>
              <w:bottom w:val="single" w:sz="5" w:color="B9D6CC"/>
              <w:right w:val="single" w:sz="5" w:color="B9D6C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VRSTVY A POVLAKY 2026</w:t>
            </w:r>
          </w:p>
        </w:tc>
        <w:tc>
          <w:tcPr>
            <w:tcW w:type="dxa" w:w="4677"/>
            <w:shd w:fill="E9F4F0"/>
            <w:tcBorders>
              <w:top w:val="single" w:sz="5" w:color="B9D6CC"/>
              <w:left w:val="single" w:sz="5" w:color="B9D6CC"/>
              <w:bottom w:val="single" w:sz="5" w:color="B9D6CC"/>
              <w:right w:val="single" w:sz="5" w:color="B9D6CC"/>
            </w:tcBorders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color w:val="13201E"/>
                <w:sz w:val="18"/>
              </w:rPr>
              <w:t>Šablona příspěvku · odevzdání do 1. 10. 2026 · max. 6 stran</w:t>
            </w:r>
          </w:p>
        </w:tc>
      </w:tr>
    </w:tbl>
    <w:p>
      <w:pPr>
        <w:spacing w:before="0" w:after="100" w:line="240" w:lineRule="auto"/>
      </w:pPr>
    </w:p>
    <w:p>
      <w:pPr>
        <w:pStyle w:val="TitleCZ/SK"/>
      </w:pPr>
      <w:r>
        <w:rPr>
          <w:rFonts w:ascii="Times New Roman" w:hAnsi="Times New Roman" w:eastAsia="Times New Roman"/>
          <w:b/>
          <w:i w:val="0"/>
          <w:sz w:val="28"/>
        </w:rPr>
        <w:t>NÁZEV PŘÍSPĚVKU / NÁZOV PRÍSPEVKU</w:t>
      </w:r>
    </w:p>
    <w:p>
      <w:pPr>
        <w:pStyle w:val="TitleCZ/SK"/>
        <w:spacing w:before="0" w:after="140" w:line="240" w:lineRule="auto"/>
      </w:pPr>
      <w:r>
        <w:rPr>
          <w:rFonts w:ascii="Times New Roman" w:hAnsi="Times New Roman" w:eastAsia="Times New Roman"/>
          <w:b/>
          <w:i w:val="0"/>
          <w:sz w:val="28"/>
        </w:rPr>
        <w:t>TITLE OF THE PAPER IN ENGLISH</w:t>
      </w:r>
    </w:p>
    <w:p>
      <w:pPr>
        <w:spacing w:before="0" w:after="40" w:line="240" w:lineRule="auto"/>
      </w:pPr>
      <w:r>
        <w:rPr>
          <w:rFonts w:ascii="Times New Roman" w:hAnsi="Times New Roman" w:eastAsia="Times New Roman"/>
          <w:b/>
          <w:i w:val="0"/>
          <w:sz w:val="24"/>
        </w:rPr>
        <w:t>Titul, Jméno PŘÍJMENÍ; Titul, Jméno PŘÍJMENÍ</w:t>
      </w:r>
    </w:p>
    <w:p>
      <w:pPr>
        <w:spacing w:before="0" w:after="120" w:line="240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Pracoviště / organizace, poštovní adresa, e-mail korespondenčního autora</w:t>
      </w:r>
    </w:p>
    <w:p>
      <w:pPr>
        <w:spacing w:before="80" w:after="80" w:line="240" w:lineRule="auto"/>
        <w:jc w:val="both"/>
      </w:pPr>
      <w:r>
        <w:rPr>
          <w:rFonts w:ascii="Times New Roman" w:hAnsi="Times New Roman" w:eastAsia="Times New Roman"/>
          <w:b/>
          <w:i/>
          <w:sz w:val="24"/>
        </w:rPr>
        <w:t xml:space="preserve">ABSTRACT: </w:t>
      </w:r>
      <w:r>
        <w:rPr>
          <w:rFonts w:ascii="Times New Roman" w:hAnsi="Times New Roman" w:eastAsia="Times New Roman"/>
          <w:b w:val="0"/>
          <w:i/>
          <w:sz w:val="24"/>
        </w:rPr>
        <w:t>Insert an English abstract of no more than 150 words. Briefly state the objective, methods, principal results and conclusion of the contribution. Replace this instructional text with the final abstract.</w:t>
      </w:r>
    </w:p>
    <w:p>
      <w:pPr>
        <w:spacing w:before="0" w:after="100" w:line="240" w:lineRule="auto"/>
      </w:pPr>
      <w:r>
        <w:rPr>
          <w:rFonts w:ascii="Times New Roman" w:hAnsi="Times New Roman" w:eastAsia="Times New Roman"/>
          <w:b/>
          <w:i w:val="0"/>
          <w:sz w:val="20"/>
        </w:rPr>
        <w:t xml:space="preserve">KEYWORDS: </w:t>
      </w:r>
      <w:r>
        <w:rPr>
          <w:rFonts w:ascii="Times New Roman" w:hAnsi="Times New Roman" w:eastAsia="Times New Roman"/>
          <w:b w:val="0"/>
          <w:i w:val="0"/>
          <w:sz w:val="20"/>
        </w:rPr>
        <w:t>keyword 1; keyword 2; keyword 3</w:t>
      </w:r>
    </w:p>
    <w:p>
      <w:pPr>
        <w:keepNext/>
        <w:spacing w:before="160" w:after="60" w:line="240" w:lineRule="auto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 ÚVOD</w:t>
      </w:r>
    </w:p>
    <w:p>
      <w:pPr>
        <w:keepLines w:val="0"/>
        <w:spacing w:before="0" w:after="0" w:line="240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Text příspěvku pište písmem Times New Roman o velikosti 10 bodů, s jednoduchým řádkováním, zarovnáním do bloku a odsazením prvního řádku 1 cm. Nahraďte tento odstavec vlastním textem. Dokument je připraven ve formátu A4 a respektuje požadované okraje.</w:t>
      </w:r>
    </w:p>
    <w:p>
      <w:pPr>
        <w:keepLines w:val="0"/>
        <w:spacing w:before="0" w:after="0" w:line="240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Celkový rozsah příspěvku včetně obrázků, tabulek a seznamu literatury nesmí překročit šest stran. Členění textu přizpůsobte odbornému obsahu a používejte přehledné číslované nadpisy.</w:t>
      </w:r>
    </w:p>
    <w:p>
      <w:pPr>
        <w:keepNext/>
        <w:spacing w:before="160" w:after="60" w:line="240" w:lineRule="auto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 NÁZEV KAPITOLY</w:t>
      </w:r>
    </w:p>
    <w:p>
      <w:pPr>
        <w:keepLines w:val="0"/>
        <w:spacing w:before="0" w:after="0" w:line="240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Obrázky, grafy a tabulky vkládejte přímo do textu a dbejte na čitelnost popisů po vytištění. U mikroskopických snímků uveďte měřítko nebo zvětšení. Doporučené obrazové formáty jsou JPG, PNG nebo TIFF, ideálně v rozlišení 300 dpi.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55"/>
      </w:tblGrid>
      <w:tr>
        <w:tc>
          <w:tcPr>
            <w:tcW w:type="dxa" w:w="9355"/>
            <w:vAlign w:val="center"/>
            <w:shd w:fill="F2F3F0"/>
            <w:tcBorders>
              <w:top w:val="single" w:sz="6" w:color="AEB6B2"/>
              <w:left w:val="single" w:sz="6" w:color="AEB6B2"/>
              <w:bottom w:val="single" w:sz="6" w:color="AEB6B2"/>
              <w:right w:val="single" w:sz="6" w:color="AEB6B2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65706D"/>
                <w:sz w:val="18"/>
              </w:rPr>
              <w:t>[VLOŽTE OBRÁZEK, SCHÉMA NEBO GRAF]</w:t>
            </w:r>
          </w:p>
        </w:tc>
      </w:tr>
    </w:tbl>
    <w:p>
      <w:pPr>
        <w:keepNext w:val="0"/>
        <w:spacing w:before="40" w:after="100" w:line="240" w:lineRule="auto"/>
        <w:jc w:val="center"/>
      </w:pPr>
      <w:r>
        <w:rPr>
          <w:rFonts w:ascii="Times New Roman" w:hAnsi="Times New Roman" w:eastAsia="Times New Roman"/>
          <w:b w:val="0"/>
          <w:i/>
          <w:sz w:val="20"/>
        </w:rPr>
        <w:t>Obr. 1: Popis obrázku (Times New Roman, 10 bodů, kurzíva)</w:t>
      </w:r>
    </w:p>
    <w:p>
      <w:pPr>
        <w:keepNext/>
        <w:spacing w:before="160" w:after="60" w:line="240" w:lineRule="auto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 VÝSLEDKY A DISKUSE</w:t>
      </w:r>
    </w:p>
    <w:p>
      <w:pPr>
        <w:keepLines w:val="0"/>
        <w:spacing w:before="0" w:after="0" w:line="240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Výsledky uvádějte s příslušnými jednotkami a podmínkami měření. Odkazy na použitou literaturu zapisujte v textu pomocí čísel v hranatých závorkách, například [1].</w:t>
      </w:r>
    </w:p>
    <w:p>
      <w:pPr>
        <w:keepNext/>
        <w:spacing w:before="80" w:after="40" w:line="240" w:lineRule="auto"/>
        <w:jc w:val="left"/>
      </w:pPr>
      <w:r>
        <w:rPr>
          <w:rFonts w:ascii="Times New Roman" w:hAnsi="Times New Roman" w:eastAsia="Times New Roman"/>
          <w:b w:val="0"/>
          <w:i/>
          <w:sz w:val="20"/>
        </w:rPr>
        <w:t>Tab. 1: Příklad popisu tabulky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tblHeader w:val="true"/>
        </w:trPr>
        <w:tc>
          <w:tcPr>
            <w:tcW w:type="dxa" w:w="3118"/>
            <w:shd w:fill="DDEEE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Parametr</w:t>
            </w:r>
          </w:p>
        </w:tc>
        <w:tc>
          <w:tcPr>
            <w:tcW w:type="dxa" w:w="3118"/>
            <w:shd w:fill="DDEEE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Vzorek A</w:t>
            </w:r>
          </w:p>
        </w:tc>
        <w:tc>
          <w:tcPr>
            <w:tcW w:type="dxa" w:w="3118"/>
            <w:shd w:fill="DDEEE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Vzorek B</w:t>
            </w:r>
          </w:p>
        </w:tc>
      </w:tr>
      <w:tr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Hodnota / jednotka</w:t>
            </w:r>
          </w:p>
        </w:tc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—</w:t>
            </w:r>
          </w:p>
        </w:tc>
      </w:tr>
      <w:tr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Hodnota / jednotka</w:t>
            </w:r>
          </w:p>
        </w:tc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—</w:t>
            </w:r>
          </w:p>
        </w:tc>
      </w:tr>
    </w:tbl>
    <w:p>
      <w:pPr>
        <w:keepNext/>
        <w:spacing w:before="160" w:after="60" w:line="240" w:lineRule="auto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 ZÁVĚR</w:t>
      </w:r>
    </w:p>
    <w:p>
      <w:pPr>
        <w:keepLines w:val="0"/>
        <w:spacing w:before="0" w:after="0" w:line="240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Stručně shrňte hlavní přínos práce a nejdůležitější závěry. Autor odpovídá za odbornou, jazykovou i formální správnost odevzdaného příspěvku.</w:t>
      </w:r>
    </w:p>
    <w:p>
      <w:pPr>
        <w:keepNext/>
        <w:spacing w:before="160" w:after="60" w:line="240" w:lineRule="auto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POUŽITÁ LITERATURA / POUŽITÁ LITERATÚRA</w:t>
      </w:r>
    </w:p>
    <w:p>
      <w:pPr>
        <w:spacing w:before="0" w:after="20" w:line="240" w:lineRule="auto"/>
        <w:ind w:left="0" w:firstLine="0"/>
      </w:pPr>
      <w:r>
        <w:rPr>
          <w:rFonts w:ascii="Times New Roman" w:hAnsi="Times New Roman" w:eastAsia="Times New Roman"/>
          <w:b w:val="0"/>
          <w:i w:val="0"/>
          <w:sz w:val="20"/>
        </w:rPr>
        <w:t>[1] PŘÍJMENÍ, J. Název článku. Název časopisu. Rok, ročník(číslo), strany. DOI.</w:t>
      </w:r>
    </w:p>
    <w:p>
      <w:pPr>
        <w:spacing w:before="0" w:after="80" w:line="240" w:lineRule="auto"/>
        <w:ind w:left="0" w:firstLine="0"/>
      </w:pPr>
      <w:r>
        <w:rPr>
          <w:rFonts w:ascii="Times New Roman" w:hAnsi="Times New Roman" w:eastAsia="Times New Roman"/>
          <w:b w:val="0"/>
          <w:i w:val="0"/>
          <w:sz w:val="20"/>
        </w:rPr>
        <w:t>[2] PŘÍJMENÍ, J. Název knihy. Místo vydání: Nakladatel, rok. ISBN.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55"/>
      </w:tblGrid>
      <w:tr>
        <w:tc>
          <w:tcPr>
            <w:tcW w:type="dxa" w:w="9355"/>
            <w:shd w:fill="FFF4D8"/>
            <w:tcBorders>
              <w:top w:val="single" w:sz="6" w:color="E4B84D"/>
              <w:left w:val="single" w:sz="6" w:color="E4B84D"/>
              <w:bottom w:val="single" w:sz="6" w:color="E4B84D"/>
              <w:right w:val="single" w:sz="6" w:color="E4B84D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4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color w:val="0D6761"/>
                <w:sz w:val="18"/>
              </w:rPr>
              <w:t>PŘED ODEVZDÁNÍM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Odstraňte všechny pomocné texty a šedý rámeček obrázku. Soubor pojmenujte Prijmeni_zkraceny-nazev.docx a odešlete do 1. 10. 2026 na vrstvyapovlaky@liss.cz.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701" w:right="850" w:bottom="1134" w:left="1701" w:header="68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/>
        <w:b w:val="0"/>
        <w:i w:val="0"/>
        <w:color w:val="5A6360"/>
        <w:sz w:val="16"/>
      </w:rPr>
      <w:t xml:space="preserve">Vrstvy a povlaky 2026  |  26.–27. 10. 2026  |  strana </w:t>
    </w:r>
    <w:r>
      <w:rPr>
        <w:rFonts w:ascii="Times New Roman" w:hAnsi="Times New Roman" w:eastAsia="Times New Roman"/>
        <w:b w:val="0"/>
        <w:i w:val="0"/>
        <w:color w:val="5A636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after="0"/>
      <w:jc w:val="both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Z/SK">
    <w:name w:val="Title CZ/SK"/>
    <w:pPr>
      <w:keepNext/>
      <w:spacing w:after="0"/>
      <w:jc w:val="left"/>
    </w:pPr>
    <w:rPr>
      <w:rFonts w:ascii="Times New Roman" w:hAnsi="Times New Roman" w:eastAsia="Times New Roman"/>
      <w:b/>
      <w:sz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příspěvku – Vrstvy a povlaky 2026</dc:title>
  <dc:subject>Pokyny a editovatelná šablona konferenčního příspěvku</dc:subject>
  <dc:creator>Organizační výbor konference Vrstvy a povlaky 2026</dc:creator>
  <cp:keywords>Vrstvy a povlaky 2026, šablona, příspěvek, sborník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